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קצר על קליטת תלמידה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לרגשות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והבעה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לחוצה ומפחדת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ליוותה אותה לכיתה והראתה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החלק הקשה של ההתחלה כבר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מעשה קטן של חברות עוזר להתחיל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חשבה על זה ליד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נועה לימדה אותה את המילה סבבה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(כבר 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(פעם חזק, מהתרגשות)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(כניסה לחצר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(התקרבה)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(הגיעה להתגורר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עומדת ליד השער ומפחדת להיכנס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נועה ניגשת אליה ומציגה את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נועה מלווה את מאיה לכיתה ומראה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ונועה אוכלות יחד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מאיה מרגישה שהצעד הראשון כבר מאחוריה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הודעה אישית הכוללת עצה או עידוד, בשפה פשוטה וברורה, הקשורה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יזכרו שנועה ניגשה למאיה ועזרה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החדשה היא סבבה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העזרה והחברות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ברגשות של תלמידים חדשים ובדרכים לעזור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יכול לשמש כחימום לפני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הסיפור על מאיה, ילדה שעלתה לארץ והגיעה ליום הראשון שלה בבית ספר חדש. נבדוק הבנה, מילים חדשות וסדר האירועים בסיפור.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מאיה גרה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הרגישה מאיה ליד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משועממת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לחוצה ומפחדת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עשתה נועה כדי לעזור למאיה?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נתנה לה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ליוותה אותה לכיתה והראתה לה איפה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לה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הביטוי 'הצעד הראשון כבר מאחוריה'?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רצתה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הלכה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נפלה בצעד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החלק הקשה של ההתחלה כבר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המסר המרכזי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קטן של חברות עוזר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לדעת עברית לפני שמגיעים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ההפסקה היא החלק החשוב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כדאי לדבר עם ילדים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עלתה לארץ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ישבה ואכלה עם מאיה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פחדה שלא תבין אף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לימדה את מאיה רק את המילה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מאחוריה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כניסה לחצר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דפק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כבר 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הגיעה להתגורר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התקרבה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פעם חזק, מהתרגשות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עלתה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 מנוחה בין 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עלתה לארץ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השער הלב שלה __________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נועה לימדה את מאיה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בהפסקה מאיה ונועה __________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מרגישה שהצעד הראשון כבר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ונועה אוכלות יחד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עומדת ליד השער ומפחדת להיכנס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מלווה את מאיה לכיתה ומראה לה איפה לשבת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ניגשת אליה ומציגה את 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למאיה, בה אתם מספרים לה מה עוזר לכם כשמגיעים למקום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עזרה למאיה ביום הראשון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למדה מנועה?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הייתם עושים כדי לעזור לתלמיד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ראשון בכיתה חדשה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