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מדריכי AI למורה – צעד אחר צעד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ראשון בכיתה חדשה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סיפור קצר על קליטת תלמידה עולה חדשה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הקשור לרגשות ולבית הספר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סדר אירועים והבעה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חודשיים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 – לחוצה ומפחדת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ליוותה אותה לכיתה והראתה לה איפה לשבת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החלק הקשה של ההתחלה כבר 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מעשה קטן של חברות עוזר להתחיל מחדש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בסיפור כתוב שהיא עלתה לפני חודשיים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מסופר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היא חשבה על זה ליד השער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נועה לימדה אותה את המילה סבבה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מילה ופירוש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(כבר עבר)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(פעם חזק, מהתרגשות)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(זמן מנוחה בין שיעורים)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(כניסה לחצר בית הספר)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(התקרבה)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(הגיעה להתגורר בישראל)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חודשיים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דפק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סבבה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אכלו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מאיה עומדת ליד השער ומפחדת להיכנס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נועה ניגשת אליה ומציגה את עצמה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נועה מלווה את מאיה לכיתה ומראה לה איפה לשבת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מאיה ונועה אוכלות יחד בהפסקה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מאיה מרגישה שהצעד הראשון כבר מאחוריה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יכתוב/תכתוב הודעה אישית הכוללת עצה או עידוד, בשפה פשוטה וברורה, הקשורה לתוכן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יזכרו שנועה ניגשה למאיה ועזרה 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המילה החדשה היא סבבה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המראה הבנה של ערך העזרה והחברות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הקראת הטקסט לפני מילוי הדף כדי לחזק הבנה שמיעתית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בכיתה ברגשות של תלמידים חדשים ובדרכים לעזור 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משחק ההתאמה יכול לשמש כחימום לפני שאלות ההבנה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מדריכי AI למורה – צעד אחר צעד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ראשון בכיתה חדשה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סיפור קצר על ילדה בשם מאיה. היא חדשה בבית הספר. נענה על שאלות קלות על הסיפור.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עלתה לארץ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הגיעה לגור בישראל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דפק מהר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הלב פעם חזק, מהתרגשות או מפחד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ניגשה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התקרבה אל מישהו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הפסקה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זמן מנוחה בין שיעורים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שער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כניסה לחצר בית הספר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מאחוריה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כבר נגמר, עבר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סבבה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בעברית שמשמעותה בסדר, טוב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זמן מאיה כבר בארץ?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חודשיים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מאיה הרגישה בתחילת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משועממת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כועסת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שמחה ורגועה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לחוצה ומפחדת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נועה עזרה למאיה?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קראה למורה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נתנה לה מתנה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ליוותה אותה לכיתה והראתה לה איפה לשבת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שלחה לה הודעה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המשמעות של המשפט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לא רצתה ללכת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הלכה אחורה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נפלה בצעד הראשון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החלק הקשה של ההתחלה כבר 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הסיפור רוצה ללמד אותנו?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מעשה קטן של חברות עוזר להתחיל מחדש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צריך לדעת עברית לפני שמגיעים לבית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ההפסקה היא החלק החשוב ביום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כדאי לדבר עם ילדים חדשים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מאיה עלתה לארץ לפני 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נועה ישבה ואכלה עם מאיה בהפסקה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מאיה פחדה שלא תבין אף מילה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נועה לימדה את מאיה רק את המילה שלום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מילה ופירוש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מאחוריה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הגיעה להתגורר בישראל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דפק מהר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זמן מנוחה בין שיעורים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הפסקה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כניסה לחצר בית הספר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פעם חזק, מהתרגשות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ניגשה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כבר עבר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עלתה לארץ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התקרבה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מאיה עלתה לארץ לפני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ליד השער הלב שלה __________ מהר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נועה לימדה את מאיה את המילה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בהפסקה מאיה ונועה __________ יחד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נועה ניגשת אליה ומציגה את עצמה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מאיה עומדת ליד השער ומפחדת להיכנס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מאיה מרגישה שהצעד הראשון כבר מאחוריה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נועה מלווה את מאיה לכיתה ומראה לה איפה לשבת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מאיה ונועה אוכלות יחד בהפסקה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הודעה קצרה למאיה, בה אתם מספרים לה מה עוזר לכם כשמגיעים למקום חדש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עזרה למאיה ביום הראשון שלה?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מאיה למדה מנועה?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אתם הייתם עושים כדי לעזור לתלמיד חדש?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ראשון בכיתה חדשה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