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קצר על קליטת תלמידה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לרגשות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והבעה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לחוצה ומפחדת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(כבר 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(פעם חזק, מהתרגשות)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(כניסה לחצר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עומדת ליד השער ומפחדת להיכנס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נועה מלווה את מאיה לכיתה ומראה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ונועה אוכלות יחד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מרגישה שהצעד הראשון כבר מאחוריה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הודעה אישית הכוללת עצה או עידוד, בשפה פשוטה וברורה, הקשורה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יזכרו שנועה ניגשה למאיה ועזרה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החדשה היא סבבה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העזרה והחברות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ברגשות של תלמידים חדשים ובדרכים לעזור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יכול לשמש כחימום לפני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הסיפור על מאיה, ילדה שעלתה לארץ והגיעה ליום הראשון שלה בבית ספר חדש. נבדוק הבנה, מילים חדשות וסדר האירועים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חודשיים  ·  סבבה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מאיה גרה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הרגישה מאיה ליד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משועממת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לחוצה ומפחדת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עלתה לארץ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ישבה ואכלה עם מאיה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מאחוריה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פעם חזק, מהתרגשות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דפק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כניסה לחצר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כבר 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עלתה לארץ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נועה לימדה את מאיה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מרגישה שהצעד הראשון כבר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עומדת ליד השער ומפחדת להיכנס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מלווה את מאיה לכיתה ומראה לה איפה לשבת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ונועה אוכלות יחד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הודעה קצרה למאיה, בה אתם מספרים לה מה עוזר לכם כשמגיעים למקום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עזרה למאיה ביום הראשון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מאיה למדה מנועה?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ראשון בכיתה חדשה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